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B79D7" w14:textId="77777777" w:rsidR="00CA1B0F" w:rsidRPr="00D120B5" w:rsidRDefault="00000000">
      <w:pPr>
        <w:spacing w:before="120" w:after="200"/>
        <w:jc w:val="center"/>
        <w:rPr>
          <w:lang w:val="it-IT"/>
        </w:rPr>
      </w:pPr>
      <w:r w:rsidRPr="00D120B5">
        <w:rPr>
          <w:b/>
          <w:sz w:val="30"/>
          <w:lang w:val="it-IT"/>
        </w:rPr>
        <w:t>CONVENZIONE DIOCESANA</w:t>
      </w:r>
    </w:p>
    <w:p w14:paraId="499DFA35" w14:textId="77777777" w:rsidR="00CA1B0F" w:rsidRPr="00D120B5" w:rsidRDefault="00000000">
      <w:pPr>
        <w:spacing w:after="520"/>
        <w:jc w:val="center"/>
        <w:rPr>
          <w:lang w:val="it-IT"/>
        </w:rPr>
      </w:pPr>
      <w:r w:rsidRPr="00D120B5">
        <w:rPr>
          <w:b/>
          <w:sz w:val="30"/>
          <w:lang w:val="it-IT"/>
        </w:rPr>
        <w:t>PROTOCOLLO D’INTESA</w:t>
      </w:r>
    </w:p>
    <w:p w14:paraId="4C949992" w14:textId="77777777" w:rsidR="00CA1B0F" w:rsidRPr="00D120B5" w:rsidRDefault="00000000">
      <w:pPr>
        <w:spacing w:after="440"/>
        <w:jc w:val="center"/>
        <w:rPr>
          <w:lang w:val="it-IT"/>
        </w:rPr>
      </w:pPr>
      <w:r w:rsidRPr="00D120B5">
        <w:rPr>
          <w:b/>
          <w:i/>
          <w:sz w:val="24"/>
          <w:lang w:val="it-IT"/>
        </w:rPr>
        <w:t>tra</w:t>
      </w:r>
    </w:p>
    <w:p w14:paraId="54AA2A9F" w14:textId="77777777" w:rsidR="00D120B5" w:rsidRDefault="00000000">
      <w:pPr>
        <w:spacing w:after="200"/>
        <w:jc w:val="both"/>
        <w:rPr>
          <w:lang w:val="it-IT"/>
        </w:rPr>
      </w:pPr>
      <w:r w:rsidRPr="00D120B5">
        <w:rPr>
          <w:lang w:val="it-IT"/>
        </w:rPr>
        <w:t xml:space="preserve">Centro Sportivo Italiano – Comitato territoriale di </w:t>
      </w:r>
      <w:r w:rsidR="00D120B5" w:rsidRPr="00D120B5">
        <w:rPr>
          <w:lang w:val="it-IT"/>
        </w:rPr>
        <w:t>____</w:t>
      </w:r>
      <w:r w:rsidR="00D120B5">
        <w:rPr>
          <w:lang w:val="it-IT"/>
        </w:rPr>
        <w:t>__________</w:t>
      </w:r>
      <w:r w:rsidRPr="00D120B5">
        <w:rPr>
          <w:lang w:val="it-IT"/>
        </w:rPr>
        <w:t xml:space="preserve"> con sede in </w:t>
      </w:r>
      <w:r w:rsidR="00D120B5">
        <w:rPr>
          <w:lang w:val="it-IT"/>
        </w:rPr>
        <w:t>_____________</w:t>
      </w:r>
      <w:r w:rsidRPr="00D120B5">
        <w:rPr>
          <w:lang w:val="it-IT"/>
        </w:rPr>
        <w:t xml:space="preserve"> via </w:t>
      </w:r>
    </w:p>
    <w:p w14:paraId="7BD45977" w14:textId="64E64692" w:rsidR="00CA1B0F" w:rsidRPr="00D120B5" w:rsidRDefault="00D120B5">
      <w:pPr>
        <w:spacing w:after="200"/>
        <w:jc w:val="both"/>
        <w:rPr>
          <w:bCs/>
          <w:lang w:val="it-IT"/>
        </w:rPr>
      </w:pPr>
      <w:r>
        <w:rPr>
          <w:lang w:val="it-IT"/>
        </w:rPr>
        <w:t>________________________</w:t>
      </w:r>
      <w:r w:rsidRPr="00D120B5">
        <w:rPr>
          <w:lang w:val="it-IT"/>
        </w:rPr>
        <w:t xml:space="preserve"> nella persona del suo Presidente</w:t>
      </w:r>
      <w:r w:rsidRPr="00D120B5">
        <w:rPr>
          <w:bCs/>
          <w:lang w:val="it-IT"/>
        </w:rPr>
        <w:t xml:space="preserve"> ________________</w:t>
      </w:r>
      <w:r>
        <w:rPr>
          <w:bCs/>
          <w:lang w:val="it-IT"/>
        </w:rPr>
        <w:t>____________</w:t>
      </w:r>
    </w:p>
    <w:p w14:paraId="1C792BDC" w14:textId="77777777" w:rsidR="00CA1B0F" w:rsidRPr="00D120B5" w:rsidRDefault="00000000">
      <w:pPr>
        <w:spacing w:after="200"/>
        <w:jc w:val="center"/>
        <w:rPr>
          <w:lang w:val="it-IT"/>
        </w:rPr>
      </w:pPr>
      <w:r w:rsidRPr="00D120B5">
        <w:rPr>
          <w:b/>
          <w:lang w:val="it-IT"/>
        </w:rPr>
        <w:t>e</w:t>
      </w:r>
    </w:p>
    <w:p w14:paraId="590F80A2" w14:textId="77777777" w:rsidR="00D120B5" w:rsidRDefault="00000000">
      <w:pPr>
        <w:spacing w:after="240"/>
        <w:jc w:val="both"/>
        <w:rPr>
          <w:lang w:val="it-IT"/>
        </w:rPr>
      </w:pPr>
      <w:r w:rsidRPr="00D120B5">
        <w:rPr>
          <w:lang w:val="it-IT"/>
        </w:rPr>
        <w:t xml:space="preserve">Diocesi di </w:t>
      </w:r>
      <w:r w:rsidR="00D120B5">
        <w:rPr>
          <w:lang w:val="it-IT"/>
        </w:rPr>
        <w:t>______________</w:t>
      </w:r>
      <w:r w:rsidRPr="00D120B5">
        <w:rPr>
          <w:lang w:val="it-IT"/>
        </w:rPr>
        <w:t xml:space="preserve"> con sede presso la curia vescovile di </w:t>
      </w:r>
      <w:r w:rsidR="00D120B5">
        <w:rPr>
          <w:lang w:val="it-IT"/>
        </w:rPr>
        <w:t>_______________</w:t>
      </w:r>
      <w:r w:rsidRPr="00D120B5">
        <w:rPr>
          <w:lang w:val="it-IT"/>
        </w:rPr>
        <w:t xml:space="preserve"> in via </w:t>
      </w:r>
    </w:p>
    <w:p w14:paraId="6F9453B0" w14:textId="3AA6BCD0" w:rsidR="00CA1B0F" w:rsidRPr="00D120B5" w:rsidRDefault="00D120B5">
      <w:pPr>
        <w:spacing w:after="240"/>
        <w:jc w:val="both"/>
        <w:rPr>
          <w:lang w:val="it-IT"/>
        </w:rPr>
      </w:pPr>
      <w:r>
        <w:rPr>
          <w:lang w:val="it-IT"/>
        </w:rPr>
        <w:t>____________________</w:t>
      </w:r>
      <w:r w:rsidRPr="00D120B5">
        <w:rPr>
          <w:lang w:val="it-IT"/>
        </w:rPr>
        <w:t xml:space="preserve"> nella persona di </w:t>
      </w:r>
      <w:r>
        <w:rPr>
          <w:bCs/>
          <w:lang w:val="it-IT"/>
        </w:rPr>
        <w:t>______________________________</w:t>
      </w:r>
    </w:p>
    <w:p w14:paraId="285B6CB1" w14:textId="77777777" w:rsidR="00CA1B0F" w:rsidRPr="00D120B5" w:rsidRDefault="00000000">
      <w:pPr>
        <w:spacing w:after="160"/>
        <w:jc w:val="center"/>
        <w:rPr>
          <w:lang w:val="it-IT"/>
        </w:rPr>
      </w:pPr>
      <w:r w:rsidRPr="00D120B5">
        <w:rPr>
          <w:b/>
          <w:i/>
          <w:sz w:val="24"/>
          <w:lang w:val="it-IT"/>
        </w:rPr>
        <w:t>premesso che</w:t>
      </w:r>
    </w:p>
    <w:p w14:paraId="56658F8D" w14:textId="77777777" w:rsidR="00CA1B0F" w:rsidRPr="00D120B5" w:rsidRDefault="00000000">
      <w:pPr>
        <w:pStyle w:val="Puntoelenco"/>
        <w:spacing w:after="40"/>
        <w:ind w:left="504" w:hanging="259"/>
        <w:jc w:val="both"/>
        <w:rPr>
          <w:lang w:val="it-IT"/>
        </w:rPr>
      </w:pPr>
      <w:r w:rsidRPr="00D120B5">
        <w:rPr>
          <w:sz w:val="21"/>
          <w:lang w:val="it-IT"/>
        </w:rPr>
        <w:t>Sport e diocesi hanno un fondamentale punto di incontro nella valenza educativa di molte tra le attività che promuovono nel rispettivo ambito di impegno.</w:t>
      </w:r>
    </w:p>
    <w:p w14:paraId="1140F87B" w14:textId="77777777" w:rsidR="00CA1B0F" w:rsidRPr="00D120B5" w:rsidRDefault="00000000">
      <w:pPr>
        <w:pStyle w:val="Puntoelenco"/>
        <w:spacing w:after="40"/>
        <w:ind w:left="504" w:hanging="259"/>
        <w:jc w:val="both"/>
        <w:rPr>
          <w:lang w:val="it-IT"/>
        </w:rPr>
      </w:pPr>
      <w:r w:rsidRPr="00D120B5">
        <w:rPr>
          <w:sz w:val="21"/>
          <w:lang w:val="it-IT"/>
        </w:rPr>
        <w:t>Il mondo sportivo e la realtà ecclesiale diocesana condividono progetti ed esperienze nel mondo giovanile per promuovere valori rispettosi della persona.</w:t>
      </w:r>
    </w:p>
    <w:p w14:paraId="04893B83" w14:textId="712E29A0" w:rsidR="00CA1B0F" w:rsidRPr="00D120B5" w:rsidRDefault="00000000">
      <w:pPr>
        <w:pStyle w:val="Puntoelenco"/>
        <w:spacing w:after="40"/>
        <w:ind w:left="504" w:hanging="259"/>
        <w:jc w:val="both"/>
        <w:rPr>
          <w:lang w:val="it-IT"/>
        </w:rPr>
      </w:pPr>
      <w:r w:rsidRPr="00D120B5">
        <w:rPr>
          <w:sz w:val="21"/>
          <w:lang w:val="it-IT"/>
        </w:rPr>
        <w:t>Lo sport assume forme e significati diversi in relazione al modo in cui viene concepito, promosso e organizzato e accanto al mondo professionistico, fondamentalmente preoccupato dell’attività competitiva e di livello, trova sempre maggiore spazio lo “sport per tutti”, nel quale più che per l’eccellenza dei risultati si ricerca la realizzazione di obiettivi umani e sociali, quali l’educazione, la socializzazione, l’integrazione, la tutela della salute.</w:t>
      </w:r>
    </w:p>
    <w:p w14:paraId="33B26DD0" w14:textId="50CCD8B3" w:rsidR="00CA1B0F" w:rsidRPr="00D120B5" w:rsidRDefault="00000000" w:rsidP="006835B1">
      <w:pPr>
        <w:pStyle w:val="Puntoelenco"/>
        <w:spacing w:after="40"/>
        <w:ind w:left="504" w:hanging="259"/>
        <w:jc w:val="both"/>
        <w:rPr>
          <w:lang w:val="it-IT"/>
        </w:rPr>
      </w:pPr>
      <w:r w:rsidRPr="00D120B5">
        <w:rPr>
          <w:sz w:val="21"/>
          <w:lang w:val="it-IT"/>
        </w:rPr>
        <w:t>La diocesi, forte del mandato evangelico e della tradizione educativa, rappresenta una porzione di territorio, dove la comunità cristiana opera ed agisce in modo strutturato e particolarmente, per quanto riguarda l’educazione dei giovani, la comunità cristiana offre molteplici proposte che tendono ad educare alla fede ed alla vita.</w:t>
      </w:r>
    </w:p>
    <w:p w14:paraId="5F2B9D47" w14:textId="77777777" w:rsidR="00CA1B0F" w:rsidRPr="00D120B5" w:rsidRDefault="00000000">
      <w:pPr>
        <w:spacing w:after="280"/>
        <w:jc w:val="center"/>
        <w:rPr>
          <w:lang w:val="it-IT"/>
        </w:rPr>
      </w:pPr>
      <w:r w:rsidRPr="00D120B5">
        <w:rPr>
          <w:b/>
          <w:i/>
          <w:sz w:val="24"/>
          <w:lang w:val="it-IT"/>
        </w:rPr>
        <w:t>preso atto che</w:t>
      </w:r>
    </w:p>
    <w:p w14:paraId="273D8908" w14:textId="44EB31FD" w:rsidR="00CA1B0F" w:rsidRPr="00D120B5" w:rsidRDefault="00000000">
      <w:pPr>
        <w:spacing w:after="160"/>
        <w:jc w:val="both"/>
        <w:rPr>
          <w:lang w:val="it-IT"/>
        </w:rPr>
      </w:pPr>
      <w:r w:rsidRPr="00D120B5">
        <w:rPr>
          <w:lang w:val="it-IT"/>
        </w:rPr>
        <w:t xml:space="preserve">il Centro Sportivo Italiano sintetizza </w:t>
      </w:r>
      <w:r w:rsidR="00D120B5">
        <w:rPr>
          <w:lang w:val="it-IT"/>
        </w:rPr>
        <w:t>nella sua</w:t>
      </w:r>
      <w:r w:rsidRPr="00D120B5">
        <w:rPr>
          <w:lang w:val="it-IT"/>
        </w:rPr>
        <w:t xml:space="preserve"> realtà associativa i valori ed i significati </w:t>
      </w:r>
      <w:r w:rsidR="00D120B5">
        <w:rPr>
          <w:lang w:val="it-IT"/>
        </w:rPr>
        <w:t xml:space="preserve">dello sport riconosciuti </w:t>
      </w:r>
      <w:r w:rsidR="00894947">
        <w:rPr>
          <w:lang w:val="it-IT"/>
        </w:rPr>
        <w:t>dalla</w:t>
      </w:r>
      <w:r w:rsidRPr="00D120B5">
        <w:rPr>
          <w:lang w:val="it-IT"/>
        </w:rPr>
        <w:t xml:space="preserve"> comunità ecclesiale e che il C.S.I.:</w:t>
      </w:r>
    </w:p>
    <w:p w14:paraId="7EBEC262" w14:textId="77777777" w:rsidR="00CA1B0F" w:rsidRPr="00D120B5" w:rsidRDefault="00000000">
      <w:pPr>
        <w:pStyle w:val="Puntoelenco"/>
        <w:spacing w:after="40"/>
        <w:ind w:left="504" w:hanging="259"/>
        <w:jc w:val="both"/>
        <w:rPr>
          <w:lang w:val="it-IT"/>
        </w:rPr>
      </w:pPr>
      <w:r w:rsidRPr="00D120B5">
        <w:rPr>
          <w:sz w:val="21"/>
          <w:lang w:val="it-IT"/>
        </w:rPr>
        <w:t>è riconosciuto come Ente di Promozione Sportiva dal Comitato Olimpico Nazionale;</w:t>
      </w:r>
    </w:p>
    <w:p w14:paraId="77341891" w14:textId="77777777" w:rsidR="00CA1B0F" w:rsidRPr="00D120B5" w:rsidRDefault="00000000">
      <w:pPr>
        <w:pStyle w:val="Puntoelenco"/>
        <w:spacing w:after="40"/>
        <w:ind w:left="504" w:hanging="259"/>
        <w:jc w:val="both"/>
        <w:rPr>
          <w:lang w:val="it-IT"/>
        </w:rPr>
      </w:pPr>
      <w:r w:rsidRPr="00D120B5">
        <w:rPr>
          <w:sz w:val="21"/>
          <w:lang w:val="it-IT"/>
        </w:rPr>
        <w:t>è riconosciuto dal C.I.P. per lo svolgimento dell’attività paralimpica;</w:t>
      </w:r>
    </w:p>
    <w:p w14:paraId="249F7354" w14:textId="77777777" w:rsidR="00CA1B0F" w:rsidRPr="00D120B5" w:rsidRDefault="00000000">
      <w:pPr>
        <w:pStyle w:val="Puntoelenco"/>
        <w:spacing w:after="40"/>
        <w:ind w:left="504" w:hanging="259"/>
        <w:jc w:val="both"/>
        <w:rPr>
          <w:lang w:val="it-IT"/>
        </w:rPr>
      </w:pPr>
      <w:r w:rsidRPr="00D120B5">
        <w:rPr>
          <w:sz w:val="21"/>
          <w:lang w:val="it-IT"/>
        </w:rPr>
        <w:t>è riconosciuto dal Ministero degli Interni quale Ente Nazionale con finalità assistenziali;</w:t>
      </w:r>
    </w:p>
    <w:p w14:paraId="141832B6" w14:textId="77777777" w:rsidR="00CA1B0F" w:rsidRPr="00D120B5" w:rsidRDefault="00000000">
      <w:pPr>
        <w:pStyle w:val="Puntoelenco"/>
        <w:spacing w:after="40"/>
        <w:ind w:left="504" w:hanging="259"/>
        <w:jc w:val="both"/>
        <w:rPr>
          <w:lang w:val="it-IT"/>
        </w:rPr>
      </w:pPr>
      <w:r w:rsidRPr="00D120B5">
        <w:rPr>
          <w:sz w:val="21"/>
          <w:lang w:val="it-IT"/>
        </w:rPr>
        <w:t>è riconosciuto dalla Conferenza Episcopale Italiana come associazione di animazione cristiana e fa parte della Consulta Nazionale e Regionale delle Aggregazioni Laicali;</w:t>
      </w:r>
    </w:p>
    <w:p w14:paraId="7F5E37BF" w14:textId="77777777" w:rsidR="00CA1B0F" w:rsidRPr="00D120B5" w:rsidRDefault="00000000">
      <w:pPr>
        <w:pStyle w:val="Puntoelenco"/>
        <w:spacing w:after="40"/>
        <w:ind w:left="504" w:hanging="259"/>
        <w:jc w:val="both"/>
        <w:rPr>
          <w:lang w:val="it-IT"/>
        </w:rPr>
      </w:pPr>
      <w:r w:rsidRPr="00D120B5">
        <w:rPr>
          <w:sz w:val="21"/>
          <w:lang w:val="it-IT"/>
        </w:rPr>
        <w:t>è iscritto nel registro unico degli enti del terzo settore.</w:t>
      </w:r>
    </w:p>
    <w:p w14:paraId="5C8D8D1A" w14:textId="77777777" w:rsidR="00CA1B0F" w:rsidRPr="00D120B5" w:rsidRDefault="00000000">
      <w:pPr>
        <w:spacing w:before="120" w:after="160"/>
        <w:jc w:val="center"/>
        <w:rPr>
          <w:lang w:val="it-IT"/>
        </w:rPr>
      </w:pPr>
      <w:r w:rsidRPr="00D120B5">
        <w:rPr>
          <w:b/>
          <w:i/>
          <w:sz w:val="24"/>
          <w:lang w:val="it-IT"/>
        </w:rPr>
        <w:t>preso atto altresì che il Csi</w:t>
      </w:r>
    </w:p>
    <w:p w14:paraId="3D6AFBE2" w14:textId="77777777" w:rsidR="00CA1B0F" w:rsidRPr="00D120B5" w:rsidRDefault="00000000">
      <w:pPr>
        <w:pStyle w:val="Puntoelenco"/>
        <w:spacing w:after="60"/>
        <w:ind w:left="504" w:hanging="259"/>
        <w:jc w:val="both"/>
        <w:rPr>
          <w:lang w:val="it-IT"/>
        </w:rPr>
      </w:pPr>
      <w:r w:rsidRPr="00D120B5">
        <w:rPr>
          <w:sz w:val="21"/>
          <w:lang w:val="it-IT"/>
        </w:rPr>
        <w:t>promuove un movimento sportivo che vive l’esperienza dello sport come processo educativo, di crescita, di impegno, di aggregazione e promozione sociale, ispirandosi alla visione cristiana dell’uomo e della storia al servizio alle persone e al territorio;</w:t>
      </w:r>
    </w:p>
    <w:p w14:paraId="4C4DD3FC" w14:textId="77777777" w:rsidR="00CA1B0F" w:rsidRPr="00D120B5" w:rsidRDefault="00000000">
      <w:pPr>
        <w:pStyle w:val="Puntoelenco"/>
        <w:spacing w:after="60"/>
        <w:ind w:left="504" w:hanging="259"/>
        <w:jc w:val="both"/>
        <w:rPr>
          <w:lang w:val="it-IT"/>
        </w:rPr>
      </w:pPr>
      <w:r w:rsidRPr="00D120B5">
        <w:rPr>
          <w:sz w:val="21"/>
          <w:lang w:val="it-IT"/>
        </w:rPr>
        <w:t>realizza le proprie attività integrando politiche sociali attraverso lo sport, anche negli ambiti più complessi e marginali, al servizio e per il benessere di tutti, con una spiccata sensibilità per i soggetti che esprimono i maggiori bisogni individuali e sociali, in coerenza con i principi di sussidiarietà e ispirandosi ai valori della carità e della solidarietà;</w:t>
      </w:r>
    </w:p>
    <w:p w14:paraId="60CA3DF1" w14:textId="77777777" w:rsidR="00CA1B0F" w:rsidRPr="00D120B5" w:rsidRDefault="00000000">
      <w:pPr>
        <w:pStyle w:val="Puntoelenco"/>
        <w:spacing w:after="60"/>
        <w:ind w:left="504" w:hanging="259"/>
        <w:jc w:val="both"/>
        <w:rPr>
          <w:lang w:val="it-IT"/>
        </w:rPr>
      </w:pPr>
      <w:r w:rsidRPr="00D120B5">
        <w:rPr>
          <w:sz w:val="21"/>
          <w:lang w:val="it-IT"/>
        </w:rPr>
        <w:t>le sue forme aggregative sono principalmente le società sportive ed i gruppi sportivo-ricreativi parrocchiali ed oratoriali quali nuclei fondamentali di integrazione e vita associativa.</w:t>
      </w:r>
    </w:p>
    <w:p w14:paraId="49B726C2" w14:textId="77777777" w:rsidR="00CA1B0F" w:rsidRPr="00D120B5" w:rsidRDefault="00000000">
      <w:pPr>
        <w:spacing w:before="120" w:after="200"/>
        <w:jc w:val="center"/>
        <w:rPr>
          <w:lang w:val="it-IT"/>
        </w:rPr>
      </w:pPr>
      <w:r w:rsidRPr="00D120B5">
        <w:rPr>
          <w:b/>
          <w:i/>
          <w:sz w:val="24"/>
          <w:lang w:val="it-IT"/>
        </w:rPr>
        <w:lastRenderedPageBreak/>
        <w:t>considerato che</w:t>
      </w:r>
    </w:p>
    <w:p w14:paraId="48B0FF72" w14:textId="77777777" w:rsidR="00D120B5" w:rsidRDefault="00000000" w:rsidP="006835B1">
      <w:pPr>
        <w:spacing w:after="160"/>
        <w:jc w:val="both"/>
        <w:rPr>
          <w:lang w:val="it-IT"/>
        </w:rPr>
      </w:pPr>
      <w:r w:rsidRPr="00D120B5">
        <w:rPr>
          <w:lang w:val="it-IT"/>
        </w:rPr>
        <w:t xml:space="preserve">la diocesi di </w:t>
      </w:r>
      <w:r w:rsidR="00D120B5">
        <w:rPr>
          <w:lang w:val="it-IT"/>
        </w:rPr>
        <w:t>__________________</w:t>
      </w:r>
      <w:r w:rsidRPr="00D120B5">
        <w:rPr>
          <w:lang w:val="it-IT"/>
        </w:rPr>
        <w:t xml:space="preserve"> ha manifestato la sua vicinanza e disponibilità nei confronti e verso </w:t>
      </w:r>
    </w:p>
    <w:p w14:paraId="099A98A2" w14:textId="76EEF81A" w:rsidR="00CA1B0F" w:rsidRPr="00D120B5" w:rsidRDefault="00000000" w:rsidP="006835B1">
      <w:pPr>
        <w:spacing w:after="160"/>
        <w:jc w:val="both"/>
        <w:rPr>
          <w:lang w:val="it-IT"/>
        </w:rPr>
      </w:pPr>
      <w:r w:rsidRPr="00D120B5">
        <w:rPr>
          <w:lang w:val="it-IT"/>
        </w:rPr>
        <w:t xml:space="preserve">il C.S.I. e che da sempre la medesima </w:t>
      </w:r>
      <w:r w:rsidR="006835B1" w:rsidRPr="00D120B5">
        <w:rPr>
          <w:lang w:val="it-IT"/>
        </w:rPr>
        <w:t>dioces</w:t>
      </w:r>
      <w:r w:rsidR="00D120B5">
        <w:rPr>
          <w:lang w:val="it-IT"/>
        </w:rPr>
        <w:t>i</w:t>
      </w:r>
      <w:r w:rsidR="006835B1" w:rsidRPr="00D120B5">
        <w:rPr>
          <w:lang w:val="it-IT"/>
        </w:rPr>
        <w:t xml:space="preserve"> </w:t>
      </w:r>
      <w:r w:rsidRPr="00D120B5">
        <w:rPr>
          <w:lang w:val="it-IT"/>
        </w:rPr>
        <w:t xml:space="preserve">di </w:t>
      </w:r>
      <w:r w:rsidR="00D120B5">
        <w:rPr>
          <w:lang w:val="it-IT"/>
        </w:rPr>
        <w:t>____________________</w:t>
      </w:r>
      <w:r w:rsidRPr="00D120B5">
        <w:rPr>
          <w:lang w:val="it-IT"/>
        </w:rPr>
        <w:t xml:space="preserve"> riconosce il valore delle attività sportive e ricreative svolte in modo moralmente corretto ed orientato a una sana crescita spirituale e fisica.</w:t>
      </w:r>
    </w:p>
    <w:p w14:paraId="0ADE3F25" w14:textId="77777777" w:rsidR="00CA1B0F" w:rsidRPr="00D120B5" w:rsidRDefault="00000000">
      <w:pPr>
        <w:spacing w:after="200"/>
        <w:jc w:val="center"/>
        <w:rPr>
          <w:lang w:val="it-IT"/>
        </w:rPr>
      </w:pPr>
      <w:r w:rsidRPr="00D120B5">
        <w:rPr>
          <w:b/>
          <w:i/>
          <w:sz w:val="24"/>
          <w:lang w:val="it-IT"/>
        </w:rPr>
        <w:t>le parti convengono</w:t>
      </w:r>
    </w:p>
    <w:p w14:paraId="0B291C14" w14:textId="77777777" w:rsidR="00CA1B0F" w:rsidRPr="00D120B5" w:rsidRDefault="00000000">
      <w:pPr>
        <w:spacing w:after="200"/>
        <w:jc w:val="both"/>
        <w:rPr>
          <w:lang w:val="it-IT"/>
        </w:rPr>
      </w:pPr>
      <w:r w:rsidRPr="00D120B5">
        <w:rPr>
          <w:lang w:val="it-IT"/>
        </w:rPr>
        <w:t>la stipula del presente protocollo di intesa finalizzato ad affrontare la questione educativa partendo dalle potenzialità e dai carismi specifici di ciascuna parte che sottoscrive il presente documento.</w:t>
      </w:r>
    </w:p>
    <w:p w14:paraId="4326D021" w14:textId="77777777" w:rsidR="00CA1B0F" w:rsidRPr="00D120B5" w:rsidRDefault="00000000">
      <w:pPr>
        <w:spacing w:after="200"/>
        <w:jc w:val="center"/>
        <w:rPr>
          <w:lang w:val="it-IT"/>
        </w:rPr>
      </w:pPr>
      <w:r w:rsidRPr="00D120B5">
        <w:rPr>
          <w:b/>
          <w:i/>
          <w:sz w:val="24"/>
          <w:lang w:val="it-IT"/>
        </w:rPr>
        <w:t>le parti, inoltre, convengono</w:t>
      </w:r>
    </w:p>
    <w:p w14:paraId="430B69EA" w14:textId="77777777" w:rsidR="00CA1B0F" w:rsidRPr="00D120B5" w:rsidRDefault="00000000">
      <w:pPr>
        <w:spacing w:after="160"/>
        <w:jc w:val="both"/>
        <w:rPr>
          <w:lang w:val="it-IT"/>
        </w:rPr>
      </w:pPr>
      <w:r w:rsidRPr="00D120B5">
        <w:rPr>
          <w:lang w:val="it-IT"/>
        </w:rPr>
        <w:t>in linea con le premesse e le considerazioni sopra esposte, quanto segue:</w:t>
      </w:r>
    </w:p>
    <w:p w14:paraId="072386A7" w14:textId="77777777" w:rsidR="00D120B5" w:rsidRPr="00D120B5" w:rsidRDefault="00000000">
      <w:pPr>
        <w:pStyle w:val="Puntoelenco"/>
        <w:spacing w:after="60"/>
        <w:ind w:left="504" w:hanging="259"/>
        <w:jc w:val="both"/>
        <w:rPr>
          <w:lang w:val="it-IT"/>
        </w:rPr>
      </w:pPr>
      <w:r w:rsidRPr="00D120B5">
        <w:rPr>
          <w:sz w:val="21"/>
          <w:lang w:val="it-IT"/>
        </w:rPr>
        <w:t xml:space="preserve">in deroga alle norme nazionali di tesseramento C.S.I., si concorda che ogni Circolo Parrocchiale e/o </w:t>
      </w:r>
    </w:p>
    <w:p w14:paraId="5EBF75ED" w14:textId="77777777" w:rsidR="00D120B5" w:rsidRDefault="00D120B5" w:rsidP="00D120B5">
      <w:pPr>
        <w:pStyle w:val="Puntoelenco"/>
        <w:numPr>
          <w:ilvl w:val="0"/>
          <w:numId w:val="0"/>
        </w:numPr>
        <w:spacing w:after="60"/>
        <w:ind w:left="504"/>
        <w:jc w:val="both"/>
        <w:rPr>
          <w:sz w:val="21"/>
          <w:lang w:val="it-IT"/>
        </w:rPr>
      </w:pPr>
    </w:p>
    <w:p w14:paraId="31FF71F7" w14:textId="77777777" w:rsidR="00D120B5" w:rsidRDefault="00000000" w:rsidP="00D120B5">
      <w:pPr>
        <w:pStyle w:val="Puntoelenco"/>
        <w:numPr>
          <w:ilvl w:val="0"/>
          <w:numId w:val="0"/>
        </w:numPr>
        <w:spacing w:after="60"/>
        <w:ind w:left="504"/>
        <w:jc w:val="both"/>
        <w:rPr>
          <w:sz w:val="21"/>
          <w:lang w:val="it-IT"/>
        </w:rPr>
      </w:pPr>
      <w:r w:rsidRPr="00D120B5">
        <w:rPr>
          <w:sz w:val="21"/>
          <w:lang w:val="it-IT"/>
        </w:rPr>
        <w:t xml:space="preserve">Oratoriale affiliato al comitato territoriale C.S.I. di </w:t>
      </w:r>
      <w:r w:rsidR="00D120B5">
        <w:rPr>
          <w:sz w:val="21"/>
          <w:lang w:val="it-IT"/>
        </w:rPr>
        <w:t>_______________________</w:t>
      </w:r>
      <w:r w:rsidRPr="00D120B5">
        <w:rPr>
          <w:sz w:val="21"/>
          <w:lang w:val="it-IT"/>
        </w:rPr>
        <w:t xml:space="preserve"> che graviti sul territorio </w:t>
      </w:r>
    </w:p>
    <w:p w14:paraId="0792512B" w14:textId="77777777" w:rsidR="00D120B5" w:rsidRDefault="00D120B5" w:rsidP="00D120B5">
      <w:pPr>
        <w:pStyle w:val="Puntoelenco"/>
        <w:numPr>
          <w:ilvl w:val="0"/>
          <w:numId w:val="0"/>
        </w:numPr>
        <w:spacing w:after="60"/>
        <w:ind w:left="504"/>
        <w:jc w:val="both"/>
        <w:rPr>
          <w:sz w:val="21"/>
          <w:lang w:val="it-IT"/>
        </w:rPr>
      </w:pPr>
    </w:p>
    <w:p w14:paraId="27EB0D60" w14:textId="7F1FB5A0" w:rsidR="00CA1B0F" w:rsidRDefault="00000000" w:rsidP="00D120B5">
      <w:pPr>
        <w:pStyle w:val="Puntoelenco"/>
        <w:numPr>
          <w:ilvl w:val="0"/>
          <w:numId w:val="0"/>
        </w:numPr>
        <w:spacing w:after="60"/>
        <w:ind w:left="504"/>
        <w:jc w:val="both"/>
        <w:rPr>
          <w:sz w:val="21"/>
          <w:lang w:val="it-IT"/>
        </w:rPr>
      </w:pPr>
      <w:r w:rsidRPr="00D120B5">
        <w:rPr>
          <w:sz w:val="21"/>
          <w:lang w:val="it-IT"/>
        </w:rPr>
        <w:t xml:space="preserve">diocesano di </w:t>
      </w:r>
      <w:r w:rsidR="00D120B5">
        <w:rPr>
          <w:sz w:val="21"/>
          <w:lang w:val="it-IT"/>
        </w:rPr>
        <w:t>______________________</w:t>
      </w:r>
      <w:r w:rsidRPr="00D120B5">
        <w:rPr>
          <w:sz w:val="21"/>
          <w:lang w:val="it-IT"/>
        </w:rPr>
        <w:t xml:space="preserve"> potrà richiedere un numero illimitato di tessere a costo zero e con copertura assicurativa di base;</w:t>
      </w:r>
    </w:p>
    <w:p w14:paraId="3697E95E" w14:textId="77777777" w:rsidR="00D120B5" w:rsidRPr="00D120B5" w:rsidRDefault="00D120B5" w:rsidP="00D120B5">
      <w:pPr>
        <w:pStyle w:val="Puntoelenco"/>
        <w:numPr>
          <w:ilvl w:val="0"/>
          <w:numId w:val="0"/>
        </w:numPr>
        <w:spacing w:after="60"/>
        <w:ind w:left="504"/>
        <w:jc w:val="both"/>
        <w:rPr>
          <w:lang w:val="it-IT"/>
        </w:rPr>
      </w:pPr>
    </w:p>
    <w:p w14:paraId="7F6CEDC5" w14:textId="66877926" w:rsidR="00CA1B0F" w:rsidRPr="00D120B5" w:rsidRDefault="00000000">
      <w:pPr>
        <w:pStyle w:val="Puntoelenco"/>
        <w:spacing w:after="60"/>
        <w:ind w:left="504" w:hanging="259"/>
        <w:jc w:val="both"/>
        <w:rPr>
          <w:lang w:val="it-IT"/>
        </w:rPr>
      </w:pPr>
      <w:r w:rsidRPr="00D120B5">
        <w:rPr>
          <w:sz w:val="21"/>
          <w:lang w:val="it-IT"/>
        </w:rPr>
        <w:t xml:space="preserve">la diocesi di </w:t>
      </w:r>
      <w:r w:rsidR="00D120B5">
        <w:rPr>
          <w:sz w:val="21"/>
          <w:lang w:val="it-IT"/>
        </w:rPr>
        <w:t>_________________</w:t>
      </w:r>
      <w:r w:rsidRPr="00D120B5">
        <w:rPr>
          <w:sz w:val="21"/>
          <w:lang w:val="it-IT"/>
        </w:rPr>
        <w:t>proseguirà nell’opera di stimolo e di sensibilizzazione verso le Parrocchie e Oratori nel percorso che le porti a creare al proprio interno un gruppo sportivo e/o circolo ricreativo che sia formalmente strutturato e ben organizzato, in grado di poter offrire alle famiglie un centro di riferimento affidabile e sicuro ed ai giovani un luogo di sana aggregazione, ricreazione ed educazione;</w:t>
      </w:r>
    </w:p>
    <w:p w14:paraId="4FF6F19D" w14:textId="77777777" w:rsidR="00D120B5" w:rsidRPr="00D120B5" w:rsidRDefault="00D120B5" w:rsidP="00D120B5">
      <w:pPr>
        <w:pStyle w:val="Puntoelenco"/>
        <w:numPr>
          <w:ilvl w:val="0"/>
          <w:numId w:val="0"/>
        </w:numPr>
        <w:spacing w:after="60"/>
        <w:ind w:left="504"/>
        <w:jc w:val="both"/>
        <w:rPr>
          <w:lang w:val="it-IT"/>
        </w:rPr>
      </w:pPr>
    </w:p>
    <w:p w14:paraId="2F80CAAF" w14:textId="090B9713" w:rsidR="00CA1B0F" w:rsidRPr="00D120B5" w:rsidRDefault="00000000" w:rsidP="006835B1">
      <w:pPr>
        <w:pStyle w:val="Puntoelenco"/>
        <w:spacing w:after="60"/>
        <w:ind w:left="504" w:hanging="259"/>
        <w:jc w:val="both"/>
        <w:rPr>
          <w:lang w:val="it-IT"/>
        </w:rPr>
      </w:pPr>
      <w:r w:rsidRPr="00D120B5">
        <w:rPr>
          <w:sz w:val="21"/>
          <w:lang w:val="it-IT"/>
        </w:rPr>
        <w:t>Nel contempo il comitato territoriale C.S.I. di</w:t>
      </w:r>
      <w:r w:rsidR="00D120B5">
        <w:rPr>
          <w:sz w:val="21"/>
          <w:lang w:val="it-IT"/>
        </w:rPr>
        <w:t xml:space="preserve"> ____________________</w:t>
      </w:r>
      <w:r w:rsidRPr="00D120B5">
        <w:rPr>
          <w:sz w:val="21"/>
          <w:lang w:val="it-IT"/>
        </w:rPr>
        <w:t xml:space="preserve"> si impegna a supportare le Parrocchie e/o gli Oratori in questo percorso rendendo disponibili tutti gli strumenti organizzativi necessari quali le iniziative formative per animatori dei grest o per tecnici sportivi, le convenzioni associative regionali e nazionali, i servizi di assistenza e consulenza previsti a livello regionale e nazionale (fiscale, giuridico, ristrutturazione o realizzazione di strutture sportive, bandi pubblici).</w:t>
      </w:r>
    </w:p>
    <w:sectPr w:rsidR="00CA1B0F" w:rsidRPr="00D120B5" w:rsidSect="006835B1">
      <w:pgSz w:w="12240" w:h="15840"/>
      <w:pgMar w:top="993" w:right="1123" w:bottom="648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4692455">
    <w:abstractNumId w:val="8"/>
  </w:num>
  <w:num w:numId="2" w16cid:durableId="921640494">
    <w:abstractNumId w:val="6"/>
  </w:num>
  <w:num w:numId="3" w16cid:durableId="1101491380">
    <w:abstractNumId w:val="5"/>
  </w:num>
  <w:num w:numId="4" w16cid:durableId="1522863034">
    <w:abstractNumId w:val="4"/>
  </w:num>
  <w:num w:numId="5" w16cid:durableId="1397777410">
    <w:abstractNumId w:val="7"/>
  </w:num>
  <w:num w:numId="6" w16cid:durableId="1957717101">
    <w:abstractNumId w:val="3"/>
  </w:num>
  <w:num w:numId="7" w16cid:durableId="181478647">
    <w:abstractNumId w:val="2"/>
  </w:num>
  <w:num w:numId="8" w16cid:durableId="2123643518">
    <w:abstractNumId w:val="1"/>
  </w:num>
  <w:num w:numId="9" w16cid:durableId="775951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405E"/>
    <w:rsid w:val="00326F90"/>
    <w:rsid w:val="005F6880"/>
    <w:rsid w:val="006835B1"/>
    <w:rsid w:val="00894947"/>
    <w:rsid w:val="00AA1D8D"/>
    <w:rsid w:val="00AE17DA"/>
    <w:rsid w:val="00B47730"/>
    <w:rsid w:val="00CA1B0F"/>
    <w:rsid w:val="00CB0664"/>
    <w:rsid w:val="00D120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DD883C"/>
  <w14:defaultImageDpi w14:val="330"/>
  <w15:docId w15:val="{3FB945EE-975D-420A-A1B3-02A4F9D2D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40" w:lineRule="auto"/>
    </w:pPr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Convenzione Diocesana - Protocollo d’Intesa CSI Pistoia / Diocesi di Pistoia</dc:title>
  <dc:subject>Trascrizione editabile del documento originale</dc:subject>
  <dc:creator/>
  <cp:keywords/>
  <dc:description>generated by python-docx</dc:description>
  <cp:lastModifiedBy>puntoluce</cp:lastModifiedBy>
  <cp:revision>4</cp:revision>
  <dcterms:created xsi:type="dcterms:W3CDTF">2013-12-23T23:15:00Z</dcterms:created>
  <dcterms:modified xsi:type="dcterms:W3CDTF">2026-09-17T14:40:00Z</dcterms:modified>
  <cp:category/>
</cp:coreProperties>
</file>